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4B243" w14:textId="77777777" w:rsidR="007B5A92" w:rsidRPr="007B5A92" w:rsidRDefault="007B5A92" w:rsidP="007B5A92">
      <w:pPr>
        <w:jc w:val="center"/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</w:pPr>
      <w:r w:rsidRPr="007B5A92">
        <w:rPr>
          <w:rFonts w:asciiTheme="majorHAnsi" w:eastAsiaTheme="majorEastAsia" w:hAnsiTheme="majorHAnsi" w:cstheme="majorBidi"/>
          <w:b/>
          <w:bCs/>
          <w:color w:val="17365D" w:themeColor="text2" w:themeShade="BF"/>
          <w:spacing w:val="5"/>
          <w:kern w:val="28"/>
          <w:sz w:val="28"/>
          <w:szCs w:val="28"/>
          <w:cs/>
          <w:lang w:bidi="hi-IN"/>
        </w:rPr>
        <w:t>भौतिक सत्यापन प्रमाण पत्र</w:t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  <w:br/>
        <w:t>(Physical Verification Certificate)</w:t>
      </w:r>
    </w:p>
    <w:p w14:paraId="0B379E97" w14:textId="77777777" w:rsidR="007B5A92" w:rsidRPr="007B5A92" w:rsidRDefault="007B5A92" w:rsidP="007B5A92">
      <w:pP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</w:pP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cs/>
          <w:lang w:bidi="hi-IN"/>
        </w:rPr>
        <w:t xml:space="preserve">मेरे द्वारा आज दिनांक </w:t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  <w:t xml:space="preserve">_____________ </w:t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cs/>
          <w:lang w:bidi="hi-IN"/>
        </w:rPr>
        <w:t xml:space="preserve">को श्री </w:t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  <w:t xml:space="preserve">____________________ </w:t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cs/>
          <w:lang w:bidi="hi-IN"/>
        </w:rPr>
        <w:t xml:space="preserve">पद </w:t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  <w:t xml:space="preserve">___________________ </w:t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cs/>
          <w:lang w:bidi="hi-IN"/>
        </w:rPr>
        <w:t xml:space="preserve">के अधीन </w:t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  <w:t xml:space="preserve">________________ </w:t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cs/>
          <w:lang w:bidi="hi-IN"/>
        </w:rPr>
        <w:t xml:space="preserve">के निरीक्षण में </w:t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  <w:t xml:space="preserve">________________ </w:t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cs/>
          <w:lang w:bidi="hi-IN"/>
        </w:rPr>
        <w:t>सामग्री का भौतिक सत्यापन किया गया।</w:t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  <w:br/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cs/>
          <w:lang w:bidi="hi-IN"/>
        </w:rPr>
        <w:t>तथा स्टॉक रजिस्टर में दर्ज सभी स्टॉक सामग्री स्थान पर उपलब्ध पाई गई।</w:t>
      </w:r>
    </w:p>
    <w:p w14:paraId="6FCBD035" w14:textId="77777777" w:rsidR="007B5A92" w:rsidRPr="007B5A92" w:rsidRDefault="007B5A92" w:rsidP="007B5A92">
      <w:pP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</w:pP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cs/>
          <w:lang w:bidi="hi-IN"/>
        </w:rPr>
        <w:t xml:space="preserve">दिनांक: </w:t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  <w:t>_______________</w:t>
      </w:r>
    </w:p>
    <w:p w14:paraId="78FF7AC9" w14:textId="2C5C5406" w:rsidR="007B5A92" w:rsidRPr="007B5A92" w:rsidRDefault="007B5A92" w:rsidP="007B5A92">
      <w:pP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</w:pP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cs/>
          <w:lang w:bidi="hi-IN"/>
        </w:rPr>
        <w:t>हस्ताक्षर – निरीक्षणकर्ता</w:t>
      </w:r>
      <w: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  <w:tab/>
      </w:r>
      <w: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  <w:tab/>
      </w:r>
      <w: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  <w:tab/>
      </w:r>
      <w: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  <w:tab/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cs/>
          <w:lang w:bidi="hi-IN"/>
        </w:rPr>
        <w:t>हस्ताक्षर – सत्यापनकर्ता</w:t>
      </w:r>
    </w:p>
    <w:p w14:paraId="22F8C2FF" w14:textId="60B6AE11" w:rsidR="000F2F40" w:rsidRDefault="007B5A92" w:rsidP="007B5A9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5DD57BC3" w14:textId="77777777" w:rsidR="007B5A92" w:rsidRDefault="007B5A92" w:rsidP="007B5A92">
      <w:pPr>
        <w:rPr>
          <w:sz w:val="28"/>
          <w:szCs w:val="28"/>
        </w:rPr>
      </w:pPr>
    </w:p>
    <w:p w14:paraId="497334BF" w14:textId="67D312FC" w:rsidR="007B5A92" w:rsidRPr="007B5A92" w:rsidRDefault="007B5A92" w:rsidP="007B5A92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B5A9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cs/>
          <w:lang w:bidi="hi-IN"/>
        </w:rPr>
        <w:t>हस्ताक्षर – संस्था प्रमुख</w:t>
      </w:r>
      <w: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  <w:tab/>
      </w:r>
      <w: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28"/>
          <w:szCs w:val="28"/>
          <w:lang w:val="en-IN"/>
        </w:rPr>
        <w:tab/>
      </w:r>
    </w:p>
    <w:sectPr w:rsidR="007B5A92" w:rsidRPr="007B5A9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0514744">
    <w:abstractNumId w:val="8"/>
  </w:num>
  <w:num w:numId="2" w16cid:durableId="329329409">
    <w:abstractNumId w:val="6"/>
  </w:num>
  <w:num w:numId="3" w16cid:durableId="1220362398">
    <w:abstractNumId w:val="5"/>
  </w:num>
  <w:num w:numId="4" w16cid:durableId="845440649">
    <w:abstractNumId w:val="4"/>
  </w:num>
  <w:num w:numId="5" w16cid:durableId="1606041271">
    <w:abstractNumId w:val="7"/>
  </w:num>
  <w:num w:numId="6" w16cid:durableId="895318804">
    <w:abstractNumId w:val="3"/>
  </w:num>
  <w:num w:numId="7" w16cid:durableId="1091662594">
    <w:abstractNumId w:val="2"/>
  </w:num>
  <w:num w:numId="8" w16cid:durableId="149104712">
    <w:abstractNumId w:val="1"/>
  </w:num>
  <w:num w:numId="9" w16cid:durableId="1906334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F2F40"/>
    <w:rsid w:val="0015074B"/>
    <w:rsid w:val="0029639D"/>
    <w:rsid w:val="00326F90"/>
    <w:rsid w:val="007B5A92"/>
    <w:rsid w:val="007F2347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DA49A3"/>
  <w14:defaultImageDpi w14:val="300"/>
  <w15:docId w15:val="{4954978B-018E-44FB-874A-335243B31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244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1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KAILASH KUMAR</cp:lastModifiedBy>
  <cp:revision>2</cp:revision>
  <dcterms:created xsi:type="dcterms:W3CDTF">2013-12-23T23:15:00Z</dcterms:created>
  <dcterms:modified xsi:type="dcterms:W3CDTF">2025-06-07T16:12:00Z</dcterms:modified>
  <cp:category/>
</cp:coreProperties>
</file>