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ED6AE" w14:textId="77777777" w:rsidR="008366C2" w:rsidRPr="00746FED" w:rsidRDefault="00000000">
      <w:pPr>
        <w:jc w:val="center"/>
        <w:rPr>
          <w:b/>
          <w:bCs/>
          <w:sz w:val="40"/>
          <w:szCs w:val="36"/>
        </w:rPr>
      </w:pPr>
      <w:r w:rsidRPr="00746FED">
        <w:rPr>
          <w:b/>
          <w:bCs/>
          <w:sz w:val="40"/>
          <w:szCs w:val="36"/>
        </w:rPr>
        <w:t>कार्यालय आदेश</w:t>
      </w:r>
    </w:p>
    <w:p w14:paraId="709E89EE" w14:textId="77777777" w:rsidR="008366C2" w:rsidRDefault="00000000">
      <w:r>
        <w:t>कार्यालय: ------------------------------------------------------------</w:t>
      </w:r>
    </w:p>
    <w:p w14:paraId="0D1E5C8F" w14:textId="008F8240" w:rsidR="008366C2" w:rsidRDefault="00000000">
      <w:r>
        <w:t xml:space="preserve">क्रमांक/लेखा: ____________     </w:t>
      </w:r>
      <w:r w:rsidR="00746FED">
        <w:tab/>
      </w:r>
      <w:r w:rsidR="00746FED">
        <w:tab/>
      </w:r>
      <w:r w:rsidR="00746FED">
        <w:tab/>
      </w:r>
      <w:r w:rsidR="00746FED">
        <w:tab/>
      </w:r>
      <w:r>
        <w:t>दिनांक: ____________</w:t>
      </w:r>
    </w:p>
    <w:p w14:paraId="60D19F68" w14:textId="61D1B9F2" w:rsidR="008366C2" w:rsidRDefault="00000000" w:rsidP="00AA7872">
      <w:pPr>
        <w:ind w:left="-540"/>
        <w:jc w:val="both"/>
      </w:pPr>
      <w:r>
        <w:br/>
        <w:t xml:space="preserve">    वित्त विभाग, राजस्थान सरकार के आदेश क्रमांक F1(12)FD/Rules/2005</w:t>
      </w:r>
      <w:r>
        <w:br/>
        <w:t xml:space="preserve">    जयपुर दिनांक 03-09-2008 के अनुसार, स्थानीय कार्यालय के अधीन कार्यरत</w:t>
      </w:r>
      <w:r>
        <w:br/>
        <w:t xml:space="preserve">    निम्नलिखित अधिकारियों/कर्मचारियों को उनके आवेदन पर वित्तीय वर्ष 20__ - 20__</w:t>
      </w:r>
      <w:r>
        <w:br/>
        <w:t xml:space="preserve">    के लिए नीचे दर्शित अर्जित अवकाश की नकदीकरण की स्वीकृति प्रदान की जाती है।</w:t>
      </w:r>
      <w:r>
        <w:br/>
        <w:t xml:space="preserve">    इस स्वीकृति को संबंधित अधिकारी/कर्मचारी की मूल सेवा पुस्तिका में दर्ज कर</w:t>
      </w:r>
      <w:r>
        <w:br/>
        <w:t xml:space="preserve">    लिया गया है।</w:t>
      </w:r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 w:rsidR="008366C2" w14:paraId="56251D74" w14:textId="77777777">
        <w:tc>
          <w:tcPr>
            <w:tcW w:w="1234" w:type="dxa"/>
          </w:tcPr>
          <w:p w14:paraId="64DD413B" w14:textId="77777777" w:rsidR="008366C2" w:rsidRDefault="00000000">
            <w:r>
              <w:t>क्रमांक</w:t>
            </w:r>
          </w:p>
        </w:tc>
        <w:tc>
          <w:tcPr>
            <w:tcW w:w="1234" w:type="dxa"/>
          </w:tcPr>
          <w:p w14:paraId="171C5638" w14:textId="77777777" w:rsidR="008366C2" w:rsidRDefault="00000000">
            <w:r>
              <w:t>नाम</w:t>
            </w:r>
          </w:p>
        </w:tc>
        <w:tc>
          <w:tcPr>
            <w:tcW w:w="1234" w:type="dxa"/>
          </w:tcPr>
          <w:p w14:paraId="35245765" w14:textId="77777777" w:rsidR="008366C2" w:rsidRDefault="00000000">
            <w:r>
              <w:t>पद</w:t>
            </w:r>
          </w:p>
        </w:tc>
        <w:tc>
          <w:tcPr>
            <w:tcW w:w="1234" w:type="dxa"/>
          </w:tcPr>
          <w:p w14:paraId="4E39883F" w14:textId="77777777" w:rsidR="008366C2" w:rsidRDefault="00000000">
            <w:r>
              <w:t>अवकाश संख्या</w:t>
            </w:r>
          </w:p>
        </w:tc>
        <w:tc>
          <w:tcPr>
            <w:tcW w:w="1234" w:type="dxa"/>
          </w:tcPr>
          <w:p w14:paraId="102CA877" w14:textId="77777777" w:rsidR="008366C2" w:rsidRDefault="00000000">
            <w:r>
              <w:t>लाभ दिन</w:t>
            </w:r>
          </w:p>
        </w:tc>
        <w:tc>
          <w:tcPr>
            <w:tcW w:w="1234" w:type="dxa"/>
          </w:tcPr>
          <w:p w14:paraId="1C478CF6" w14:textId="77777777" w:rsidR="008366C2" w:rsidRDefault="00000000">
            <w:r>
              <w:t>प्रमाण पत्र</w:t>
            </w:r>
          </w:p>
        </w:tc>
        <w:tc>
          <w:tcPr>
            <w:tcW w:w="1234" w:type="dxa"/>
          </w:tcPr>
          <w:p w14:paraId="7FF787E3" w14:textId="77777777" w:rsidR="008366C2" w:rsidRDefault="00000000">
            <w:r>
              <w:t>टिप्पणी</w:t>
            </w:r>
          </w:p>
        </w:tc>
      </w:tr>
      <w:tr w:rsidR="008366C2" w14:paraId="44230874" w14:textId="77777777">
        <w:tc>
          <w:tcPr>
            <w:tcW w:w="1234" w:type="dxa"/>
          </w:tcPr>
          <w:p w14:paraId="68E7CD12" w14:textId="77777777" w:rsidR="008366C2" w:rsidRDefault="008366C2"/>
        </w:tc>
        <w:tc>
          <w:tcPr>
            <w:tcW w:w="1234" w:type="dxa"/>
          </w:tcPr>
          <w:p w14:paraId="1FB314E4" w14:textId="77777777" w:rsidR="008366C2" w:rsidRDefault="008366C2"/>
        </w:tc>
        <w:tc>
          <w:tcPr>
            <w:tcW w:w="1234" w:type="dxa"/>
          </w:tcPr>
          <w:p w14:paraId="34353124" w14:textId="77777777" w:rsidR="008366C2" w:rsidRDefault="008366C2"/>
        </w:tc>
        <w:tc>
          <w:tcPr>
            <w:tcW w:w="1234" w:type="dxa"/>
          </w:tcPr>
          <w:p w14:paraId="77AB0266" w14:textId="77777777" w:rsidR="008366C2" w:rsidRDefault="008366C2"/>
        </w:tc>
        <w:tc>
          <w:tcPr>
            <w:tcW w:w="1234" w:type="dxa"/>
          </w:tcPr>
          <w:p w14:paraId="7687F877" w14:textId="77777777" w:rsidR="008366C2" w:rsidRDefault="008366C2"/>
        </w:tc>
        <w:tc>
          <w:tcPr>
            <w:tcW w:w="1234" w:type="dxa"/>
          </w:tcPr>
          <w:p w14:paraId="5953DF58" w14:textId="77777777" w:rsidR="008366C2" w:rsidRDefault="008366C2"/>
        </w:tc>
        <w:tc>
          <w:tcPr>
            <w:tcW w:w="1234" w:type="dxa"/>
          </w:tcPr>
          <w:p w14:paraId="01AC2563" w14:textId="77777777" w:rsidR="008366C2" w:rsidRDefault="008366C2"/>
        </w:tc>
      </w:tr>
    </w:tbl>
    <w:p w14:paraId="0F081A8B" w14:textId="309C2787" w:rsidR="008366C2" w:rsidRDefault="00000000">
      <w:r>
        <w:br/>
      </w:r>
      <w:r w:rsidR="00AA7872">
        <w:t>क्रमांक/लेखा: ____________     दिनांक: ____________</w:t>
      </w:r>
      <w:r w:rsidR="00AA7872">
        <w:tab/>
      </w:r>
      <w:r>
        <w:t>हस्ताक्षर</w:t>
      </w:r>
    </w:p>
    <w:p w14:paraId="44EF0D27" w14:textId="77777777" w:rsidR="008366C2" w:rsidRDefault="00000000" w:rsidP="00AA7872">
      <w:pPr>
        <w:ind w:left="4320" w:firstLine="720"/>
      </w:pPr>
      <w:r>
        <w:t>कार्यालयाध्यक्ष / प्रभारी अधिकारी</w:t>
      </w:r>
      <w:r>
        <w:br/>
      </w:r>
    </w:p>
    <w:p w14:paraId="08348A64" w14:textId="77777777" w:rsidR="008366C2" w:rsidRDefault="00000000">
      <w:r>
        <w:t>प्रतिलिपि:</w:t>
      </w:r>
    </w:p>
    <w:p w14:paraId="62ADD95F" w14:textId="77777777" w:rsidR="008366C2" w:rsidRDefault="00000000">
      <w:r>
        <w:t>1. श्रीमान वरिष्ठ नियंत्रण अधिकारी ___________________________</w:t>
      </w:r>
    </w:p>
    <w:p w14:paraId="4278F072" w14:textId="77777777" w:rsidR="008366C2" w:rsidRDefault="00000000">
      <w:r>
        <w:t>2. लेखा/बिल शाखा, कार्यालय को सूचनार्थ।</w:t>
      </w:r>
    </w:p>
    <w:p w14:paraId="34AD2493" w14:textId="77777777" w:rsidR="008366C2" w:rsidRDefault="00000000">
      <w:r>
        <w:t>3. संबंधित कर्मचारी श्री ___________________________</w:t>
      </w:r>
    </w:p>
    <w:p w14:paraId="2DDB7226" w14:textId="6E0F2117" w:rsidR="008366C2" w:rsidRDefault="00000000">
      <w:r>
        <w:t>4. कार्यालय प्रति।</w:t>
      </w:r>
      <w:r>
        <w:br/>
        <w:t>हस्ताक्षर</w:t>
      </w:r>
    </w:p>
    <w:p w14:paraId="56B6DE44" w14:textId="77777777" w:rsidR="008366C2" w:rsidRDefault="00000000">
      <w:r>
        <w:t>कार्यालयाध्यक्ष / प्रभारी अधिकारी</w:t>
      </w:r>
    </w:p>
    <w:sectPr w:rsidR="008366C2" w:rsidSect="00AA7872">
      <w:pgSz w:w="12240" w:h="15840"/>
      <w:pgMar w:top="1440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11050747">
    <w:abstractNumId w:val="8"/>
  </w:num>
  <w:num w:numId="2" w16cid:durableId="1786119735">
    <w:abstractNumId w:val="6"/>
  </w:num>
  <w:num w:numId="3" w16cid:durableId="167796574">
    <w:abstractNumId w:val="5"/>
  </w:num>
  <w:num w:numId="4" w16cid:durableId="1018652803">
    <w:abstractNumId w:val="4"/>
  </w:num>
  <w:num w:numId="5" w16cid:durableId="1273635321">
    <w:abstractNumId w:val="7"/>
  </w:num>
  <w:num w:numId="6" w16cid:durableId="1870146638">
    <w:abstractNumId w:val="3"/>
  </w:num>
  <w:num w:numId="7" w16cid:durableId="1787309290">
    <w:abstractNumId w:val="2"/>
  </w:num>
  <w:num w:numId="8" w16cid:durableId="1878007192">
    <w:abstractNumId w:val="1"/>
  </w:num>
  <w:num w:numId="9" w16cid:durableId="1098217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46FED"/>
    <w:rsid w:val="008366C2"/>
    <w:rsid w:val="00AA1D8D"/>
    <w:rsid w:val="00AA7872"/>
    <w:rsid w:val="00B47730"/>
    <w:rsid w:val="00CB0664"/>
    <w:rsid w:val="00E77F1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A1C246"/>
  <w14:defaultImageDpi w14:val="300"/>
  <w15:docId w15:val="{E15A663F-BCD5-4858-A696-B3793CD6E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Mangal" w:hAnsi="Mang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KAILASH KUMAR</cp:lastModifiedBy>
  <cp:revision>3</cp:revision>
  <dcterms:created xsi:type="dcterms:W3CDTF">2013-12-23T23:15:00Z</dcterms:created>
  <dcterms:modified xsi:type="dcterms:W3CDTF">2025-05-20T17:12:00Z</dcterms:modified>
  <cp:category/>
</cp:coreProperties>
</file>